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E873" w14:textId="77777777" w:rsidR="002B2AA6" w:rsidRPr="00C40770" w:rsidRDefault="00C40770" w:rsidP="00C40770">
      <w:pPr>
        <w:jc w:val="center"/>
        <w:rPr>
          <w:rFonts w:ascii="Times New Roman" w:hAnsi="Times New Roman" w:cs="Times New Roman"/>
        </w:rPr>
      </w:pPr>
      <w:r w:rsidRPr="00C40770">
        <w:rPr>
          <w:rFonts w:ascii="Times New Roman" w:hAnsi="Times New Roman" w:cs="Times New Roman"/>
          <w:b/>
          <w:sz w:val="32"/>
        </w:rPr>
        <w:t>ZĪMOLA “RADĪTS JĒKABPILS NOVADĀ”</w:t>
      </w:r>
      <w:r w:rsidRPr="00C40770">
        <w:rPr>
          <w:rFonts w:ascii="Times New Roman" w:hAnsi="Times New Roman" w:cs="Times New Roman"/>
          <w:b/>
          <w:sz w:val="32"/>
        </w:rPr>
        <w:br/>
        <w:t>LOGO IZSTRĀDES KONKURSA NOLIKUMS</w:t>
      </w:r>
    </w:p>
    <w:p w14:paraId="73626209" w14:textId="77777777" w:rsidR="002B2AA6" w:rsidRPr="00C40770" w:rsidRDefault="00C40770" w:rsidP="00C40770">
      <w:pPr>
        <w:pStyle w:val="Virsraksts1"/>
        <w:spacing w:before="160" w:after="80"/>
        <w:jc w:val="both"/>
        <w:rPr>
          <w:rFonts w:ascii="Times New Roman" w:hAnsi="Times New Roman" w:cs="Times New Roman"/>
          <w:color w:val="000000" w:themeColor="text1"/>
        </w:rPr>
      </w:pPr>
      <w:r w:rsidRPr="00C40770">
        <w:rPr>
          <w:rFonts w:ascii="Times New Roman" w:hAnsi="Times New Roman" w:cs="Times New Roman"/>
          <w:color w:val="000000" w:themeColor="text1"/>
        </w:rPr>
        <w:t>I. Vispārīgā informācija</w:t>
      </w:r>
    </w:p>
    <w:p w14:paraId="2057E071" w14:textId="494341BD"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1. Logo </w:t>
      </w:r>
      <w:proofErr w:type="spellStart"/>
      <w:r w:rsidRPr="00C40770">
        <w:rPr>
          <w:rFonts w:ascii="Times New Roman" w:hAnsi="Times New Roman" w:cs="Times New Roman"/>
        </w:rPr>
        <w:t>izstrādes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konkursu</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turpmā</w:t>
      </w:r>
      <w:r>
        <w:rPr>
          <w:rFonts w:ascii="Times New Roman" w:hAnsi="Times New Roman" w:cs="Times New Roman"/>
        </w:rPr>
        <w:t>k</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Konkurss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organizē</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biedrība</w:t>
      </w:r>
      <w:proofErr w:type="spellEnd"/>
      <w:r w:rsidRPr="00C40770">
        <w:rPr>
          <w:rFonts w:ascii="Times New Roman" w:hAnsi="Times New Roman" w:cs="Times New Roman"/>
        </w:rPr>
        <w:t xml:space="preserve"> “Jēkabpils novada uzņēmēju kopiena” sadarbībā ar Jēkabpils novada </w:t>
      </w:r>
      <w:proofErr w:type="spellStart"/>
      <w:r w:rsidRPr="00C40770">
        <w:rPr>
          <w:rFonts w:ascii="Times New Roman" w:hAnsi="Times New Roman" w:cs="Times New Roman"/>
        </w:rPr>
        <w:t>pašvaldību</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turpmāk</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Konkursa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organizatori</w:t>
      </w:r>
      <w:proofErr w:type="spellEnd"/>
      <w:r w:rsidRPr="00C40770">
        <w:rPr>
          <w:rFonts w:ascii="Times New Roman" w:hAnsi="Times New Roman" w:cs="Times New Roman"/>
        </w:rPr>
        <w:t>).</w:t>
      </w:r>
    </w:p>
    <w:p w14:paraId="664A1B8D"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 Konkursa mērķis ir izveidot oriģinālu, mūsdienīgu un viegli atpazīstamu zīmola “Radīts Jēkabpils novadā” logo, kas kalpotu par vienotu atpazīstamības zīmi Jēkabpils novadā radītiem produktiem un sniegtiem pakalpojumiem, kā arī stiprinātu vietējās uzņēmējdarbības identitāti.</w:t>
      </w:r>
    </w:p>
    <w:p w14:paraId="440FDB85"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 Zīmola “Radīts Jēkabpils novadā” mērķis ir veicināt Jēkabpils novada uzņēmēju, ražotāju, amatnieku un pakalpojumu sniedzēju atpazīstamību, izcelt vietējo izcelsmi un kvalitāti, stiprināt piederību novadam un veicināt sadarbību.</w:t>
      </w:r>
    </w:p>
    <w:p w14:paraId="2F655B5A" w14:textId="40820F85"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4. Logo paredzēts izmantot zīmola “Radīts Jēkabpils </w:t>
      </w:r>
      <w:proofErr w:type="spellStart"/>
      <w:r w:rsidRPr="00C40770">
        <w:rPr>
          <w:rFonts w:ascii="Times New Roman" w:hAnsi="Times New Roman" w:cs="Times New Roman"/>
        </w:rPr>
        <w:t>novadā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komunikācijā</w:t>
      </w:r>
      <w:proofErr w:type="spellEnd"/>
      <w:r w:rsidRPr="00C40770">
        <w:rPr>
          <w:rFonts w:ascii="Times New Roman" w:hAnsi="Times New Roman" w:cs="Times New Roman"/>
        </w:rPr>
        <w:t xml:space="preserve"> un </w:t>
      </w:r>
      <w:proofErr w:type="spellStart"/>
      <w:r w:rsidRPr="00C40770">
        <w:rPr>
          <w:rFonts w:ascii="Times New Roman" w:hAnsi="Times New Roman" w:cs="Times New Roman"/>
        </w:rPr>
        <w:t>atpazīstamības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veicināšanai</w:t>
      </w:r>
      <w:proofErr w:type="spellEnd"/>
      <w:r w:rsidRPr="00C40770">
        <w:rPr>
          <w:rFonts w:ascii="Times New Roman" w:hAnsi="Times New Roman" w:cs="Times New Roman"/>
        </w:rPr>
        <w:t xml:space="preserve"> </w:t>
      </w:r>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uz</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produktu</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marķējuma</w:t>
      </w:r>
      <w:proofErr w:type="spellEnd"/>
      <w:r w:rsidRPr="00C40770">
        <w:rPr>
          <w:rFonts w:ascii="Times New Roman" w:hAnsi="Times New Roman" w:cs="Times New Roman"/>
        </w:rPr>
        <w:t xml:space="preserve"> un </w:t>
      </w:r>
      <w:proofErr w:type="spellStart"/>
      <w:r w:rsidRPr="00C40770">
        <w:rPr>
          <w:rFonts w:ascii="Times New Roman" w:hAnsi="Times New Roman" w:cs="Times New Roman"/>
        </w:rPr>
        <w:t>iepakojuma</w:t>
      </w:r>
      <w:proofErr w:type="spellEnd"/>
      <w:r w:rsidRPr="00C40770">
        <w:rPr>
          <w:rFonts w:ascii="Times New Roman" w:hAnsi="Times New Roman" w:cs="Times New Roman"/>
        </w:rPr>
        <w:t>, tirdzniecības vietās un stendos, digitālajā vidē, sociālajos tīklos, mājaslapās, drukātajos materiālos, pasākumos, norādēs, baneros, suvenīros un citos reprezentācijas materiālos.</w:t>
      </w:r>
    </w:p>
    <w:p w14:paraId="5E6E63F6" w14:textId="09E9AB9B"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5. Konkursā var </w:t>
      </w:r>
      <w:proofErr w:type="spellStart"/>
      <w:r w:rsidRPr="00C40770">
        <w:rPr>
          <w:rFonts w:ascii="Times New Roman" w:hAnsi="Times New Roman" w:cs="Times New Roman"/>
        </w:rPr>
        <w:t>piedalīties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fiziskas</w:t>
      </w:r>
      <w:proofErr w:type="spellEnd"/>
      <w:r w:rsidRPr="00C40770">
        <w:rPr>
          <w:rFonts w:ascii="Times New Roman" w:hAnsi="Times New Roman" w:cs="Times New Roman"/>
        </w:rPr>
        <w:t xml:space="preserve"> </w:t>
      </w:r>
      <w:r w:rsidR="00D07764">
        <w:rPr>
          <w:rFonts w:ascii="Times New Roman" w:hAnsi="Times New Roman" w:cs="Times New Roman"/>
        </w:rPr>
        <w:t xml:space="preserve">un </w:t>
      </w:r>
      <w:proofErr w:type="spellStart"/>
      <w:r w:rsidR="00D07764">
        <w:rPr>
          <w:rFonts w:ascii="Times New Roman" w:hAnsi="Times New Roman" w:cs="Times New Roman"/>
        </w:rPr>
        <w:t>juridiskas</w:t>
      </w:r>
      <w:proofErr w:type="spellEnd"/>
      <w:r w:rsidR="00D07764">
        <w:rPr>
          <w:rFonts w:ascii="Times New Roman" w:hAnsi="Times New Roman" w:cs="Times New Roman"/>
        </w:rPr>
        <w:t xml:space="preserve"> </w:t>
      </w:r>
      <w:r w:rsidRPr="00C40770">
        <w:rPr>
          <w:rFonts w:ascii="Times New Roman" w:hAnsi="Times New Roman" w:cs="Times New Roman"/>
        </w:rPr>
        <w:t xml:space="preserve">personas </w:t>
      </w:r>
      <w:proofErr w:type="spellStart"/>
      <w:r w:rsidRPr="00C40770">
        <w:rPr>
          <w:rFonts w:ascii="Times New Roman" w:hAnsi="Times New Roman" w:cs="Times New Roman"/>
        </w:rPr>
        <w:t>neatkarīgi</w:t>
      </w:r>
      <w:proofErr w:type="spellEnd"/>
      <w:r w:rsidRPr="00C40770">
        <w:rPr>
          <w:rFonts w:ascii="Times New Roman" w:hAnsi="Times New Roman" w:cs="Times New Roman"/>
        </w:rPr>
        <w:t xml:space="preserve"> no </w:t>
      </w:r>
      <w:proofErr w:type="spellStart"/>
      <w:r w:rsidRPr="00C40770">
        <w:rPr>
          <w:rFonts w:ascii="Times New Roman" w:hAnsi="Times New Roman" w:cs="Times New Roman"/>
        </w:rPr>
        <w:t>vecuma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kā</w:t>
      </w:r>
      <w:proofErr w:type="spellEnd"/>
      <w:r w:rsidRPr="00C40770">
        <w:rPr>
          <w:rFonts w:ascii="Times New Roman" w:hAnsi="Times New Roman" w:cs="Times New Roman"/>
        </w:rPr>
        <w:t xml:space="preserve"> arī dizaina, mākslas un citu radošo jomu profesionāļi un interesenti.</w:t>
      </w:r>
    </w:p>
    <w:p w14:paraId="4BFDAD28"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6. Konkursa dalībnieks, iesniedzot darbu, apliecina, ka iesniegtais logo ir viņa paša radīts oriģināldarbs, darba izstrādē nav pārkāptas trešo personu autortiesības vai citas tiesības un dalībniekam ir tiesības iesniegt darbu Konkursā un nodot tā izmantošanas tiesības biedrībai šajā nolikumā noteiktajā kārtībā.</w:t>
      </w:r>
    </w:p>
    <w:p w14:paraId="5DE8BABC"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7. Logo jāietver zīmola nosaukums “Radīts Jēkabpils novadā”. Pieļaujams piedāvāt arī papildversiju ar atsevišķi lietojamu grafisko zīmi vai simbolu, ja kopējā vizuālās identitātes sistēmā ir paredzēta arī pilnā nosaukuma versija.</w:t>
      </w:r>
    </w:p>
    <w:p w14:paraId="4450AB05" w14:textId="2D751AE1"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8. Logo </w:t>
      </w:r>
      <w:proofErr w:type="spellStart"/>
      <w:r w:rsidRPr="00C40770">
        <w:rPr>
          <w:rFonts w:ascii="Times New Roman" w:hAnsi="Times New Roman" w:cs="Times New Roman"/>
        </w:rPr>
        <w:t>idejiski</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vēlams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atspoguļot</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zīmola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pamatvērtības</w:t>
      </w:r>
      <w:proofErr w:type="spellEnd"/>
      <w:r w:rsidRPr="00C40770">
        <w:rPr>
          <w:rFonts w:ascii="Times New Roman" w:hAnsi="Times New Roman" w:cs="Times New Roman"/>
        </w:rPr>
        <w:t xml:space="preserve"> </w:t>
      </w:r>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vietējo</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izcelsmi</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kvalitāti</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uzņēmību</w:t>
      </w:r>
      <w:proofErr w:type="spellEnd"/>
      <w:r w:rsidRPr="00C40770">
        <w:rPr>
          <w:rFonts w:ascii="Times New Roman" w:hAnsi="Times New Roman" w:cs="Times New Roman"/>
        </w:rPr>
        <w:t>, radošumu, sadarbību, piederību Jēkabpils novadam, mūsdienīgumu un attīstību.</w:t>
      </w:r>
    </w:p>
    <w:p w14:paraId="65BDA7CB"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9. Logo izstrādē var izmantot dažādus grafiskos un mākslinieciskos risinājumus. Nav obligāti jāizmanto Jēkabpils novada ģerboņa vai citu oficiālo simbolu elementi. Logo risinājumam vēlams būt patstāvīgam, mūsdienīgam un viegli lietojamam kā izcelsmes un piederības zīmei.</w:t>
      </w:r>
    </w:p>
    <w:p w14:paraId="37DB13CD"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10. Logo jābūt vienkāršam un viegli uztveramam, oriģinālam un atpazīstamam, izmantojamam gan lielā, gan ļoti mazā izmērā, piemērotam gan digitālajai videi, gan drukai, labi uztveramam gan krāsainā, gan melnbaltā versijā un tehniski pielāgojamam dažādiem reprezentācijas materiāliem.</w:t>
      </w:r>
    </w:p>
    <w:p w14:paraId="6A937F61"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11. Viens dalībnieks Konkursā var iesniegt ne vairāk kā 2 atšķirīgus logo piedāvājumus.</w:t>
      </w:r>
    </w:p>
    <w:p w14:paraId="378A9943" w14:textId="77777777" w:rsidR="002B2AA6" w:rsidRPr="00C40770" w:rsidRDefault="00C40770" w:rsidP="00C40770">
      <w:pPr>
        <w:pStyle w:val="Virsraksts1"/>
        <w:spacing w:before="160" w:after="80"/>
        <w:jc w:val="both"/>
        <w:rPr>
          <w:rFonts w:ascii="Times New Roman" w:hAnsi="Times New Roman" w:cs="Times New Roman"/>
          <w:color w:val="000000" w:themeColor="text1"/>
        </w:rPr>
      </w:pPr>
      <w:r w:rsidRPr="00C40770">
        <w:rPr>
          <w:rFonts w:ascii="Times New Roman" w:hAnsi="Times New Roman" w:cs="Times New Roman"/>
          <w:color w:val="000000" w:themeColor="text1"/>
        </w:rPr>
        <w:t>II. Konkursa darba noformēšana un iesniegšana</w:t>
      </w:r>
    </w:p>
    <w:p w14:paraId="5B265DD4" w14:textId="6F9497FD"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12. Logo piedāvājumā jāiekļauj: logo vizuālais risinājums; logo krāsainā versija; logo melnbaltā vai vienkrāsas versija; vēlams parādīt logo vismaz vienā praktiskā pielietojuma piemērā, piemēram, uz produkta etiķetes vai iepakojuma, tirdzniecības stenda, sociālo tīklu profila vai cita materiāla; īss logo idejas un izvēlētā </w:t>
      </w:r>
      <w:proofErr w:type="spellStart"/>
      <w:r w:rsidRPr="00C40770">
        <w:rPr>
          <w:rFonts w:ascii="Times New Roman" w:hAnsi="Times New Roman" w:cs="Times New Roman"/>
        </w:rPr>
        <w:t>vizuālā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risinājuma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skaidrojums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informācija</w:t>
      </w:r>
      <w:proofErr w:type="spellEnd"/>
      <w:r w:rsidRPr="00C40770">
        <w:rPr>
          <w:rFonts w:ascii="Times New Roman" w:hAnsi="Times New Roman" w:cs="Times New Roman"/>
        </w:rPr>
        <w:t xml:space="preserve"> par </w:t>
      </w:r>
      <w:proofErr w:type="spellStart"/>
      <w:r w:rsidRPr="00C40770">
        <w:rPr>
          <w:rFonts w:ascii="Times New Roman" w:hAnsi="Times New Roman" w:cs="Times New Roman"/>
        </w:rPr>
        <w:t>autoru</w:t>
      </w:r>
      <w:proofErr w:type="spellEnd"/>
      <w:r w:rsidRPr="00C40770">
        <w:rPr>
          <w:rFonts w:ascii="Times New Roman" w:hAnsi="Times New Roman" w:cs="Times New Roman"/>
        </w:rPr>
        <w:t xml:space="preserve"> </w:t>
      </w:r>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vārds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uzvārds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tālruņa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numurs</w:t>
      </w:r>
      <w:proofErr w:type="spellEnd"/>
      <w:r w:rsidRPr="00C40770">
        <w:rPr>
          <w:rFonts w:ascii="Times New Roman" w:hAnsi="Times New Roman" w:cs="Times New Roman"/>
        </w:rPr>
        <w:t xml:space="preserve"> un e-pasta adrese.</w:t>
      </w:r>
    </w:p>
    <w:p w14:paraId="69EA7A96"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13. Logo piedāvājums iesniedzams digitālā formātā PDF, PNG vai JPG formātā.</w:t>
      </w:r>
    </w:p>
    <w:p w14:paraId="636DADE6" w14:textId="38EA57A2"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14. </w:t>
      </w:r>
      <w:r w:rsidRPr="00D07764">
        <w:rPr>
          <w:rFonts w:ascii="Times New Roman" w:hAnsi="Times New Roman" w:cs="Times New Roman"/>
        </w:rPr>
        <w:t>Konkursa uzvarētājam pēc rezultātu paziņošanas jāspēj nodrošināt logo arī rediģējamā vektorgrafikas formātā, piemēram, SVG, EPS, A</w:t>
      </w:r>
      <w:r w:rsidR="00D07764" w:rsidRPr="00D07764">
        <w:rPr>
          <w:rFonts w:ascii="Times New Roman" w:hAnsi="Times New Roman" w:cs="Times New Roman"/>
        </w:rPr>
        <w:t>dobe Illustrator (AI)</w:t>
      </w:r>
      <w:r w:rsidRPr="00D07764">
        <w:rPr>
          <w:rFonts w:ascii="Times New Roman" w:hAnsi="Times New Roman" w:cs="Times New Roman"/>
        </w:rPr>
        <w:t xml:space="preserve"> vai līdzvērtīgā formātā, ja logo sākotnēji izstrādāts digitāli.</w:t>
      </w:r>
    </w:p>
    <w:p w14:paraId="01B52F7E" w14:textId="579B03A3"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lastRenderedPageBreak/>
        <w:t xml:space="preserve">15. Konkursa darbi jānosūta uz e-pasta adresi </w:t>
      </w:r>
      <w:r>
        <w:rPr>
          <w:rFonts w:ascii="Times New Roman" w:hAnsi="Times New Roman" w:cs="Times New Roman"/>
        </w:rPr>
        <w:t>jekabpilsuznemeji@gmail.com,</w:t>
      </w:r>
      <w:r w:rsidRPr="00C40770">
        <w:rPr>
          <w:rFonts w:ascii="Times New Roman" w:hAnsi="Times New Roman" w:cs="Times New Roman"/>
        </w:rPr>
        <w:t xml:space="preserve"> e-pasta </w:t>
      </w:r>
      <w:proofErr w:type="spellStart"/>
      <w:r w:rsidRPr="00C40770">
        <w:rPr>
          <w:rFonts w:ascii="Times New Roman" w:hAnsi="Times New Roman" w:cs="Times New Roman"/>
        </w:rPr>
        <w:t>tematā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norādot</w:t>
      </w:r>
      <w:proofErr w:type="spellEnd"/>
      <w:r w:rsidRPr="00C40770">
        <w:rPr>
          <w:rFonts w:ascii="Times New Roman" w:hAnsi="Times New Roman" w:cs="Times New Roman"/>
        </w:rPr>
        <w:t xml:space="preserve">: “Logo </w:t>
      </w:r>
      <w:proofErr w:type="spellStart"/>
      <w:r w:rsidRPr="00C40770">
        <w:rPr>
          <w:rFonts w:ascii="Times New Roman" w:hAnsi="Times New Roman" w:cs="Times New Roman"/>
        </w:rPr>
        <w:t>konkurss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Radīts</w:t>
      </w:r>
      <w:proofErr w:type="spellEnd"/>
      <w:r w:rsidRPr="00C40770">
        <w:rPr>
          <w:rFonts w:ascii="Times New Roman" w:hAnsi="Times New Roman" w:cs="Times New Roman"/>
        </w:rPr>
        <w:t xml:space="preserve"> Jēkabpils </w:t>
      </w:r>
      <w:proofErr w:type="spellStart"/>
      <w:r w:rsidRPr="00C40770">
        <w:rPr>
          <w:rFonts w:ascii="Times New Roman" w:hAnsi="Times New Roman" w:cs="Times New Roman"/>
        </w:rPr>
        <w:t>novadā</w:t>
      </w:r>
      <w:proofErr w:type="spellEnd"/>
      <w:r w:rsidRPr="00C40770">
        <w:rPr>
          <w:rFonts w:ascii="Times New Roman" w:hAnsi="Times New Roman" w:cs="Times New Roman"/>
        </w:rPr>
        <w:t>”.</w:t>
      </w:r>
    </w:p>
    <w:p w14:paraId="1EEBAD92" w14:textId="2A7E5600"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16. </w:t>
      </w:r>
      <w:proofErr w:type="spellStart"/>
      <w:r w:rsidRPr="00C40770">
        <w:rPr>
          <w:rFonts w:ascii="Times New Roman" w:hAnsi="Times New Roman" w:cs="Times New Roman"/>
        </w:rPr>
        <w:t>Konkursa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darbu</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iesniegšanas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termiņš</w:t>
      </w:r>
      <w:proofErr w:type="spellEnd"/>
      <w:r w:rsidRPr="00C40770">
        <w:rPr>
          <w:rFonts w:ascii="Times New Roman" w:hAnsi="Times New Roman" w:cs="Times New Roman"/>
        </w:rPr>
        <w:t xml:space="preserve">: </w:t>
      </w:r>
      <w:r w:rsidR="00D07764">
        <w:rPr>
          <w:rFonts w:ascii="Times New Roman" w:hAnsi="Times New Roman" w:cs="Times New Roman"/>
        </w:rPr>
        <w:t>11</w:t>
      </w:r>
      <w:r>
        <w:rPr>
          <w:rFonts w:ascii="Times New Roman" w:hAnsi="Times New Roman" w:cs="Times New Roman"/>
        </w:rPr>
        <w:t>.</w:t>
      </w:r>
      <w:r w:rsidR="00D07764">
        <w:rPr>
          <w:rFonts w:ascii="Times New Roman" w:hAnsi="Times New Roman" w:cs="Times New Roman"/>
        </w:rPr>
        <w:t>10</w:t>
      </w:r>
      <w:r>
        <w:rPr>
          <w:rFonts w:ascii="Times New Roman" w:hAnsi="Times New Roman" w:cs="Times New Roman"/>
        </w:rPr>
        <w:t>.2026</w:t>
      </w:r>
      <w:r w:rsidRPr="00C40770">
        <w:rPr>
          <w:rFonts w:ascii="Times New Roman" w:hAnsi="Times New Roman" w:cs="Times New Roman"/>
        </w:rPr>
        <w:t>.</w:t>
      </w:r>
    </w:p>
    <w:p w14:paraId="526E87BE"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17. Pēc noteiktā iesniegšanas termiņa saņemtie darbi var netikt vērtēti.</w:t>
      </w:r>
    </w:p>
    <w:p w14:paraId="755A5C5C" w14:textId="10A63FB3"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18. Papildu informāciju par Konkursu </w:t>
      </w:r>
      <w:proofErr w:type="spellStart"/>
      <w:r w:rsidRPr="00C40770">
        <w:rPr>
          <w:rFonts w:ascii="Times New Roman" w:hAnsi="Times New Roman" w:cs="Times New Roman"/>
        </w:rPr>
        <w:t>iespējams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saņemt</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rakstot</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w:t>
      </w:r>
      <w:proofErr w:type="spellEnd"/>
      <w:r w:rsidRPr="00C40770">
        <w:rPr>
          <w:rFonts w:ascii="Times New Roman" w:hAnsi="Times New Roman" w:cs="Times New Roman"/>
        </w:rPr>
        <w:t xml:space="preserve"> e-pasta </w:t>
      </w:r>
      <w:proofErr w:type="spellStart"/>
      <w:r w:rsidRPr="00C40770">
        <w:rPr>
          <w:rFonts w:ascii="Times New Roman" w:hAnsi="Times New Roman" w:cs="Times New Roman"/>
        </w:rPr>
        <w:t>adresi</w:t>
      </w:r>
      <w:proofErr w:type="spellEnd"/>
      <w:r w:rsidRPr="00C40770">
        <w:rPr>
          <w:rFonts w:ascii="Times New Roman" w:hAnsi="Times New Roman" w:cs="Times New Roman"/>
        </w:rPr>
        <w:t xml:space="preserve"> </w:t>
      </w:r>
      <w:r>
        <w:rPr>
          <w:rFonts w:ascii="Times New Roman" w:hAnsi="Times New Roman" w:cs="Times New Roman"/>
        </w:rPr>
        <w:t>jekabpilsuznemeji@gmail.com.</w:t>
      </w:r>
    </w:p>
    <w:p w14:paraId="26963B8C" w14:textId="77777777" w:rsidR="002B2AA6" w:rsidRPr="00C40770" w:rsidRDefault="00C40770" w:rsidP="00C40770">
      <w:pPr>
        <w:pStyle w:val="Virsraksts1"/>
        <w:spacing w:before="160" w:after="80"/>
        <w:jc w:val="both"/>
        <w:rPr>
          <w:rFonts w:ascii="Times New Roman" w:hAnsi="Times New Roman" w:cs="Times New Roman"/>
          <w:color w:val="000000" w:themeColor="text1"/>
        </w:rPr>
      </w:pPr>
      <w:r w:rsidRPr="00C40770">
        <w:rPr>
          <w:rFonts w:ascii="Times New Roman" w:hAnsi="Times New Roman" w:cs="Times New Roman"/>
          <w:color w:val="000000" w:themeColor="text1"/>
        </w:rPr>
        <w:t>III. Logo vērtēšana</w:t>
      </w:r>
    </w:p>
    <w:p w14:paraId="6C7722BA"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19. Iesniegtos darbus izvērtē biedrības “Jēkabpils novada uzņēmēju kopiena” un Jēkabpils novada pašvaldības izveidota konkursa vērtēšanas komisija.</w:t>
      </w:r>
    </w:p>
    <w:p w14:paraId="317C349B" w14:textId="793051D5"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20. Logo tiek vērtēts pēc šādiem kritērijiem: </w:t>
      </w:r>
      <w:proofErr w:type="spellStart"/>
      <w:r w:rsidRPr="00C40770">
        <w:rPr>
          <w:rFonts w:ascii="Times New Roman" w:hAnsi="Times New Roman" w:cs="Times New Roman"/>
        </w:rPr>
        <w:t>ideja</w:t>
      </w:r>
      <w:proofErr w:type="spellEnd"/>
      <w:r w:rsidRPr="00C40770">
        <w:rPr>
          <w:rFonts w:ascii="Times New Roman" w:hAnsi="Times New Roman" w:cs="Times New Roman"/>
        </w:rPr>
        <w:t xml:space="preserve"> un </w:t>
      </w:r>
      <w:proofErr w:type="spellStart"/>
      <w:r w:rsidRPr="00C40770">
        <w:rPr>
          <w:rFonts w:ascii="Times New Roman" w:hAnsi="Times New Roman" w:cs="Times New Roman"/>
        </w:rPr>
        <w:t>atbilstība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zīmolam</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Radīts</w:t>
      </w:r>
      <w:proofErr w:type="spellEnd"/>
      <w:r w:rsidRPr="00C40770">
        <w:rPr>
          <w:rFonts w:ascii="Times New Roman" w:hAnsi="Times New Roman" w:cs="Times New Roman"/>
        </w:rPr>
        <w:t xml:space="preserve"> Jēkabpils </w:t>
      </w:r>
      <w:proofErr w:type="spellStart"/>
      <w:r w:rsidRPr="00C40770">
        <w:rPr>
          <w:rFonts w:ascii="Times New Roman" w:hAnsi="Times New Roman" w:cs="Times New Roman"/>
        </w:rPr>
        <w:t>novadā</w:t>
      </w:r>
      <w:proofErr w:type="spellEnd"/>
      <w:r w:rsidRPr="00C40770">
        <w:rPr>
          <w:rFonts w:ascii="Times New Roman" w:hAnsi="Times New Roman" w:cs="Times New Roman"/>
        </w:rPr>
        <w:t>”</w:t>
      </w:r>
      <w:r>
        <w:rPr>
          <w:rFonts w:ascii="Times New Roman" w:hAnsi="Times New Roman" w:cs="Times New Roman"/>
        </w:rPr>
        <w:t xml:space="preserve">, </w:t>
      </w:r>
      <w:proofErr w:type="spellStart"/>
      <w:r w:rsidRPr="00C40770">
        <w:rPr>
          <w:rFonts w:ascii="Times New Roman" w:hAnsi="Times New Roman" w:cs="Times New Roman"/>
        </w:rPr>
        <w:t>vizuālā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kvalitāte</w:t>
      </w:r>
      <w:proofErr w:type="spellEnd"/>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atpazīstamība</w:t>
      </w:r>
      <w:proofErr w:type="spellEnd"/>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praktiskā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pielietojamība</w:t>
      </w:r>
      <w:proofErr w:type="spellEnd"/>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tehniskā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kvalitāte</w:t>
      </w:r>
      <w:proofErr w:type="spellEnd"/>
      <w:r w:rsidRPr="00C40770">
        <w:rPr>
          <w:rFonts w:ascii="Times New Roman" w:hAnsi="Times New Roman" w:cs="Times New Roman"/>
        </w:rPr>
        <w:t>.</w:t>
      </w:r>
    </w:p>
    <w:p w14:paraId="04FADBAE"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21. Vērtējot ideju un atbilstību zīmolam, tiek ņemta vērā logo spēja atspoguļot vietējo izcelsmi, kvalitāti, uzņēmību, sadarbību, piederību Jēkabpils novadam un zīmola “Radīts Jēkabpils novadā” būtību.</w:t>
      </w:r>
    </w:p>
    <w:p w14:paraId="26CA4C9F"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22. Vērtējot vizuālo kvalitāti, tiek ņemta vērā logo estētiskā pievilcība, kompozīcija, krāsu risinājums, oriģinalitāte un mūsdienīgums.</w:t>
      </w:r>
    </w:p>
    <w:p w14:paraId="39EA4242"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23. Vērtējot atpazīstamību, tiek ņemta vērā logo spēja būt viegli uztveramam, iegaumējamam un atšķirīgam no citām organizācijām un zīmoliem.</w:t>
      </w:r>
    </w:p>
    <w:p w14:paraId="6AFCB74A" w14:textId="6355E904"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24. Vērtējot praktisko pielietojamību, tiek ņemtas vērā logo </w:t>
      </w:r>
      <w:proofErr w:type="spellStart"/>
      <w:r w:rsidRPr="00C40770">
        <w:rPr>
          <w:rFonts w:ascii="Times New Roman" w:hAnsi="Times New Roman" w:cs="Times New Roman"/>
        </w:rPr>
        <w:t>izmantošanas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iespējas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dažādos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izmēros</w:t>
      </w:r>
      <w:proofErr w:type="spellEnd"/>
      <w:r w:rsidRPr="00C40770">
        <w:rPr>
          <w:rFonts w:ascii="Times New Roman" w:hAnsi="Times New Roman" w:cs="Times New Roman"/>
        </w:rPr>
        <w:t xml:space="preserve"> un </w:t>
      </w:r>
      <w:proofErr w:type="spellStart"/>
      <w:r w:rsidRPr="00C40770">
        <w:rPr>
          <w:rFonts w:ascii="Times New Roman" w:hAnsi="Times New Roman" w:cs="Times New Roman"/>
        </w:rPr>
        <w:t>formātos</w:t>
      </w:r>
      <w:proofErr w:type="spellEnd"/>
      <w:r w:rsidRPr="00C40770">
        <w:rPr>
          <w:rFonts w:ascii="Times New Roman" w:hAnsi="Times New Roman" w:cs="Times New Roman"/>
        </w:rPr>
        <w:t xml:space="preserve"> </w:t>
      </w:r>
      <w:r>
        <w:rPr>
          <w:rFonts w:ascii="Times New Roman" w:hAnsi="Times New Roman" w:cs="Times New Roman"/>
        </w:rPr>
        <w:t>-</w:t>
      </w:r>
      <w:r w:rsidRPr="00C40770">
        <w:rPr>
          <w:rFonts w:ascii="Times New Roman" w:hAnsi="Times New Roman" w:cs="Times New Roman"/>
        </w:rPr>
        <w:t xml:space="preserve"> </w:t>
      </w:r>
      <w:proofErr w:type="spellStart"/>
      <w:r w:rsidRPr="00C40770">
        <w:rPr>
          <w:rFonts w:ascii="Times New Roman" w:hAnsi="Times New Roman" w:cs="Times New Roman"/>
        </w:rPr>
        <w:t>uz</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produktu</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etiķetēm</w:t>
      </w:r>
      <w:proofErr w:type="spellEnd"/>
      <w:r w:rsidRPr="00C40770">
        <w:rPr>
          <w:rFonts w:ascii="Times New Roman" w:hAnsi="Times New Roman" w:cs="Times New Roman"/>
        </w:rPr>
        <w:t xml:space="preserve"> un iepakojuma, tirdzniecības stendos, sociālajos tīklos, mājaslapās, drukas materiālos, pasākumu noformējumā, suvenīros, baneros un citos materiālos.</w:t>
      </w:r>
    </w:p>
    <w:p w14:paraId="7C107F80"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25. Vērtējot tehnisko kvalitāti, tiek ņemta vērā logo piemērotība turpmākai profesionālai izmantošanai un vienotas zīmola “Radīts Jēkabpils novadā” vizuālās identitātes veidošanai.</w:t>
      </w:r>
    </w:p>
    <w:p w14:paraId="1FF847D0"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26. Katrs konkursa komisijas loceklis katram kritērijam piešķir vērtējumu no 1 līdz 5 punktiem.</w:t>
      </w:r>
    </w:p>
    <w:p w14:paraId="12E7C936"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27. Par konkursa uzvarētāju tiek atzīts darbs, kas saņēmis augstāko kopējo vērtējumu.</w:t>
      </w:r>
    </w:p>
    <w:p w14:paraId="611EDD81"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28. Ja vairāki darbi saņem vienādu punktu skaitu, komisija par uzvarētāju lemj balsojot.</w:t>
      </w:r>
    </w:p>
    <w:p w14:paraId="7824833D"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29. Konkursa komisijai ir tiesības lūgt autoram paskaidrojumus par iesniegto darbu, konsultēties ar dizaina, komunikācijas vai citu jomu speciālistiem, lūgt uzvarējušā darba autoram veikt nelielas logo korekcijas vai pielāgojumus, kā arī nenoteikt Konkursa uzvarētāju, ja neviens no iesniegtajiem darbiem neatbilst zīmola “Radīts Jēkabpils novadā” iecerei vai kvalitātes prasībām.</w:t>
      </w:r>
    </w:p>
    <w:p w14:paraId="2BCBB226" w14:textId="77777777" w:rsidR="002B2AA6" w:rsidRPr="00C40770" w:rsidRDefault="00C40770" w:rsidP="00C40770">
      <w:pPr>
        <w:pStyle w:val="Virsraksts1"/>
        <w:spacing w:before="160" w:after="80"/>
        <w:jc w:val="both"/>
        <w:rPr>
          <w:rFonts w:ascii="Times New Roman" w:hAnsi="Times New Roman" w:cs="Times New Roman"/>
          <w:color w:val="000000" w:themeColor="text1"/>
        </w:rPr>
      </w:pPr>
      <w:r w:rsidRPr="00C40770">
        <w:rPr>
          <w:rFonts w:ascii="Times New Roman" w:hAnsi="Times New Roman" w:cs="Times New Roman"/>
          <w:color w:val="000000" w:themeColor="text1"/>
        </w:rPr>
        <w:t>IV. Autortiesības un logo izmantošana</w:t>
      </w:r>
    </w:p>
    <w:p w14:paraId="407E205D"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30. Līdz Konkursa rezultātu paziņošanai autortiesības uz iesniegto logo saglabā tā autors.</w:t>
      </w:r>
    </w:p>
    <w:p w14:paraId="41AC7158" w14:textId="09183BAA"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31. </w:t>
      </w:r>
      <w:proofErr w:type="spellStart"/>
      <w:r w:rsidRPr="00C40770">
        <w:rPr>
          <w:rFonts w:ascii="Times New Roman" w:hAnsi="Times New Roman" w:cs="Times New Roman"/>
        </w:rPr>
        <w:t>Konkursa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uzvarētājs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piekrīt</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nodot</w:t>
      </w:r>
      <w:proofErr w:type="spellEnd"/>
      <w:r w:rsidRPr="00C40770">
        <w:rPr>
          <w:rFonts w:ascii="Times New Roman" w:hAnsi="Times New Roman" w:cs="Times New Roman"/>
        </w:rPr>
        <w:t xml:space="preserve"> </w:t>
      </w:r>
      <w:r>
        <w:rPr>
          <w:rFonts w:ascii="Times New Roman" w:hAnsi="Times New Roman" w:cs="Times New Roman"/>
        </w:rPr>
        <w:t xml:space="preserve">Jēkabpils novada </w:t>
      </w:r>
      <w:proofErr w:type="spellStart"/>
      <w:r>
        <w:rPr>
          <w:rFonts w:ascii="Times New Roman" w:hAnsi="Times New Roman" w:cs="Times New Roman"/>
        </w:rPr>
        <w:t>pašvaldībai</w:t>
      </w:r>
      <w:proofErr w:type="spellEnd"/>
      <w:r>
        <w:rPr>
          <w:rFonts w:ascii="Times New Roman" w:hAnsi="Times New Roman" w:cs="Times New Roman"/>
        </w:rPr>
        <w:t xml:space="preserve"> </w:t>
      </w:r>
      <w:proofErr w:type="spellStart"/>
      <w:r w:rsidRPr="00C40770">
        <w:rPr>
          <w:rFonts w:ascii="Times New Roman" w:hAnsi="Times New Roman" w:cs="Times New Roman"/>
        </w:rPr>
        <w:t>mantiskās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autortiesības</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Konkursā</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uzvarējušo</w:t>
      </w:r>
      <w:proofErr w:type="spellEnd"/>
      <w:r w:rsidRPr="00C40770">
        <w:rPr>
          <w:rFonts w:ascii="Times New Roman" w:hAnsi="Times New Roman" w:cs="Times New Roman"/>
        </w:rPr>
        <w:t xml:space="preserve"> logo tādā apjomā, kas ļauj logo neierobežoti izmantot zīmola “Radīts Jēkabpils novadā” attīstībai, komunikācijai un reprezentācijai, tostarp nodrošināt tā lietošanu zīmola lietotājiem saskaņā ar Biedrības noteikto kārtību.</w:t>
      </w:r>
    </w:p>
    <w:p w14:paraId="0F85037B"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32. Biedrībai ir tiesības uzvarējušo logo izmantot drukātā un digitālā formātā, reproducēt, publicēt, pielāgot dažādiem izmēriem un materiāliem, izmantot zīmola lietotāju vajadzībām, kā arī nepieciešamības gadījumā tehniski un vizuāli pilnveidot vai modificēt, saglabājot logo pamatideju.</w:t>
      </w:r>
    </w:p>
    <w:p w14:paraId="7CE3363C" w14:textId="0FDA6F94"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33. Ja nepieciešams, </w:t>
      </w:r>
      <w:proofErr w:type="spellStart"/>
      <w:r w:rsidRPr="00C40770">
        <w:rPr>
          <w:rFonts w:ascii="Times New Roman" w:hAnsi="Times New Roman" w:cs="Times New Roman"/>
        </w:rPr>
        <w:t>Konkursa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uzvarētājs</w:t>
      </w:r>
      <w:proofErr w:type="spellEnd"/>
      <w:r w:rsidRPr="00C40770">
        <w:rPr>
          <w:rFonts w:ascii="Times New Roman" w:hAnsi="Times New Roman" w:cs="Times New Roman"/>
        </w:rPr>
        <w:t xml:space="preserve"> un </w:t>
      </w:r>
      <w:r>
        <w:rPr>
          <w:rFonts w:ascii="Times New Roman" w:hAnsi="Times New Roman" w:cs="Times New Roman"/>
        </w:rPr>
        <w:t xml:space="preserve">Jēkabpils novada </w:t>
      </w:r>
      <w:proofErr w:type="spellStart"/>
      <w:r>
        <w:rPr>
          <w:rFonts w:ascii="Times New Roman" w:hAnsi="Times New Roman" w:cs="Times New Roman"/>
        </w:rPr>
        <w:t>pašvaldība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pēc</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Konkursa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noslēguma</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noslēdz</w:t>
      </w:r>
      <w:proofErr w:type="spellEnd"/>
      <w:r w:rsidRPr="00C40770">
        <w:rPr>
          <w:rFonts w:ascii="Times New Roman" w:hAnsi="Times New Roman" w:cs="Times New Roman"/>
        </w:rPr>
        <w:t xml:space="preserve"> </w:t>
      </w:r>
      <w:proofErr w:type="spellStart"/>
      <w:r w:rsidRPr="00C40770">
        <w:rPr>
          <w:rFonts w:ascii="Times New Roman" w:hAnsi="Times New Roman" w:cs="Times New Roman"/>
        </w:rPr>
        <w:t>atsevišķu</w:t>
      </w:r>
      <w:proofErr w:type="spellEnd"/>
      <w:r w:rsidRPr="00C40770">
        <w:rPr>
          <w:rFonts w:ascii="Times New Roman" w:hAnsi="Times New Roman" w:cs="Times New Roman"/>
        </w:rPr>
        <w:t xml:space="preserve"> vienošanos par mantisko autortiesību nodošanu.</w:t>
      </w:r>
    </w:p>
    <w:p w14:paraId="33A4909C"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34. Konkursa dalībnieks, iesniedzot savu darbu, piekrīt šī nolikuma nosacījumiem.</w:t>
      </w:r>
    </w:p>
    <w:p w14:paraId="4B4C9167" w14:textId="77777777" w:rsidR="002B2AA6" w:rsidRPr="00C40770" w:rsidRDefault="00C40770" w:rsidP="00C40770">
      <w:pPr>
        <w:pStyle w:val="Virsraksts1"/>
        <w:spacing w:before="160" w:after="80"/>
        <w:jc w:val="both"/>
        <w:rPr>
          <w:rFonts w:ascii="Times New Roman" w:hAnsi="Times New Roman" w:cs="Times New Roman"/>
          <w:color w:val="000000" w:themeColor="text1"/>
        </w:rPr>
      </w:pPr>
      <w:r w:rsidRPr="00C40770">
        <w:rPr>
          <w:rFonts w:ascii="Times New Roman" w:hAnsi="Times New Roman" w:cs="Times New Roman"/>
          <w:color w:val="000000" w:themeColor="text1"/>
        </w:rPr>
        <w:lastRenderedPageBreak/>
        <w:t>V. Konkursa rezultāti un balva</w:t>
      </w:r>
    </w:p>
    <w:p w14:paraId="5373095D" w14:textId="687678E9"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 xml:space="preserve">35. Konkursa rezultāti tiks paziņoti līdz </w:t>
      </w:r>
      <w:r>
        <w:rPr>
          <w:rFonts w:ascii="Times New Roman" w:hAnsi="Times New Roman" w:cs="Times New Roman"/>
        </w:rPr>
        <w:t>31.10.2026.</w:t>
      </w:r>
    </w:p>
    <w:p w14:paraId="7F3B12AB"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36. Ar Konkursa uzvarētāju Konkursa organizatori sazināsies personīgi, izmantojot pieteikumā norādīto kontaktinformāciju.</w:t>
      </w:r>
    </w:p>
    <w:p w14:paraId="18481AD1"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37. Informācija par Konkursa rezultātiem var tikt publicēta biedrības “Jēkabpils novada uzņēmēju kopiena” un Jēkabpils novada pašvaldības komunikācijas kanālos, tostarp mājaslapās un sociālo tīklu kontos.</w:t>
      </w:r>
    </w:p>
    <w:p w14:paraId="21397E99"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38. Konkursa uzvarētājam paredzēta naudas balva EUR 300,00 apmērā.</w:t>
      </w:r>
    </w:p>
    <w:p w14:paraId="35BA6FAD"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39. Konkursa organizatoriem ir tiesības publiskot Konkursa uzvarētāja vārdu, uzvārdu un uzvarējušo darbu, iepriekš informējot autoru.</w:t>
      </w:r>
    </w:p>
    <w:p w14:paraId="4C5B0D40" w14:textId="77777777" w:rsidR="002B2AA6" w:rsidRPr="00C40770" w:rsidRDefault="00C40770" w:rsidP="00C40770">
      <w:pPr>
        <w:spacing w:after="80" w:line="252" w:lineRule="auto"/>
        <w:jc w:val="both"/>
        <w:rPr>
          <w:rFonts w:ascii="Times New Roman" w:hAnsi="Times New Roman" w:cs="Times New Roman"/>
        </w:rPr>
      </w:pPr>
      <w:r w:rsidRPr="00C40770">
        <w:rPr>
          <w:rFonts w:ascii="Times New Roman" w:hAnsi="Times New Roman" w:cs="Times New Roman"/>
        </w:rPr>
        <w:t>40. Konkursa komisijas lēmums par Konkursa rezultātiem ir galīgs.</w:t>
      </w:r>
    </w:p>
    <w:sectPr w:rsidR="002B2AA6" w:rsidRPr="00C40770" w:rsidSect="00034616">
      <w:pgSz w:w="12240" w:h="15840"/>
      <w:pgMar w:top="1247"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CBE50" w14:textId="77777777" w:rsidR="001952FF" w:rsidRDefault="001952FF">
      <w:pPr>
        <w:spacing w:after="0" w:line="240" w:lineRule="auto"/>
      </w:pPr>
      <w:r>
        <w:separator/>
      </w:r>
    </w:p>
  </w:endnote>
  <w:endnote w:type="continuationSeparator" w:id="0">
    <w:p w14:paraId="51C1481F" w14:textId="77777777" w:rsidR="001952FF" w:rsidRDefault="0019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96AAB" w14:textId="77777777" w:rsidR="001952FF" w:rsidRDefault="001952FF">
      <w:pPr>
        <w:spacing w:after="0" w:line="240" w:lineRule="auto"/>
      </w:pPr>
      <w:r>
        <w:separator/>
      </w:r>
    </w:p>
  </w:footnote>
  <w:footnote w:type="continuationSeparator" w:id="0">
    <w:p w14:paraId="5DDCAF6C" w14:textId="77777777" w:rsidR="001952FF" w:rsidRDefault="00195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1862746514">
    <w:abstractNumId w:val="8"/>
  </w:num>
  <w:num w:numId="2" w16cid:durableId="1864592298">
    <w:abstractNumId w:val="6"/>
  </w:num>
  <w:num w:numId="3" w16cid:durableId="544950524">
    <w:abstractNumId w:val="5"/>
  </w:num>
  <w:num w:numId="4" w16cid:durableId="164634322">
    <w:abstractNumId w:val="4"/>
  </w:num>
  <w:num w:numId="5" w16cid:durableId="1055003819">
    <w:abstractNumId w:val="7"/>
  </w:num>
  <w:num w:numId="6" w16cid:durableId="1344088025">
    <w:abstractNumId w:val="3"/>
  </w:num>
  <w:num w:numId="7" w16cid:durableId="1136414944">
    <w:abstractNumId w:val="2"/>
  </w:num>
  <w:num w:numId="8" w16cid:durableId="490219394">
    <w:abstractNumId w:val="1"/>
  </w:num>
  <w:num w:numId="9" w16cid:durableId="1052735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52FF"/>
    <w:rsid w:val="00285AD9"/>
    <w:rsid w:val="0029639D"/>
    <w:rsid w:val="002B2AA6"/>
    <w:rsid w:val="00326F90"/>
    <w:rsid w:val="006336A7"/>
    <w:rsid w:val="009C6E80"/>
    <w:rsid w:val="00AA1D8D"/>
    <w:rsid w:val="00B47730"/>
    <w:rsid w:val="00C40770"/>
    <w:rsid w:val="00CB0664"/>
    <w:rsid w:val="00D077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5AFD9F2"/>
  <w14:defaultImageDpi w14:val="300"/>
  <w15:docId w15:val="{59E97A63-E379-4956-A63A-1CAB10FD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rPr>
      <w:rFonts w:ascii="Aptos" w:hAnsi="Aptos"/>
    </w:rPr>
  </w:style>
  <w:style w:type="paragraph" w:styleId="Virsraksts1">
    <w:name w:val="heading 1"/>
    <w:basedOn w:val="Parasts"/>
    <w:next w:val="Parasts"/>
    <w:link w:val="Virsraksts1Rakstz"/>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Dita Mažeika</cp:lastModifiedBy>
  <cp:revision>2</cp:revision>
  <dcterms:created xsi:type="dcterms:W3CDTF">2026-09-16T08:54:00Z</dcterms:created>
  <dcterms:modified xsi:type="dcterms:W3CDTF">2026-09-16T08:54:00Z</dcterms:modified>
  <cp:category/>
</cp:coreProperties>
</file>